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232A1A" w14:paraId="6AC9AF0B" w14:textId="77777777" w:rsidTr="00A17929">
        <w:trPr>
          <w:cantSplit/>
          <w:trHeight w:val="510"/>
        </w:trPr>
        <w:tc>
          <w:tcPr>
            <w:tcW w:w="1606" w:type="dxa"/>
            <w:vMerge w:val="restart"/>
            <w:shd w:val="clear" w:color="auto" w:fill="F0F0F0"/>
            <w:vAlign w:val="center"/>
          </w:tcPr>
          <w:p w14:paraId="0C7DE08E" w14:textId="77777777" w:rsidR="00232A1A" w:rsidRDefault="00232A1A" w:rsidP="00DF7B26">
            <w:pPr>
              <w:keepNext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4BCE9AD6" wp14:editId="5016DE68">
                  <wp:extent cx="882650" cy="894715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all-stema-judet-Bacau.gif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894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  <w:vAlign w:val="center"/>
          </w:tcPr>
          <w:p w14:paraId="541C5D62" w14:textId="77777777" w:rsidR="00232A1A" w:rsidRDefault="00232A1A" w:rsidP="00DF7B26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5F376279" w14:textId="77777777" w:rsidR="00232A1A" w:rsidRPr="00E946EB" w:rsidRDefault="00232A1A" w:rsidP="00DF7B26">
            <w:pPr>
              <w:keepNext/>
              <w:rPr>
                <w:sz w:val="18"/>
                <w:szCs w:val="18"/>
                <w:lang w:val="ro-RO"/>
              </w:rPr>
            </w:pPr>
            <w:r w:rsidRPr="00E946EB">
              <w:rPr>
                <w:sz w:val="18"/>
                <w:szCs w:val="18"/>
              </w:rPr>
              <w:t>BACĂU</w:t>
            </w:r>
          </w:p>
        </w:tc>
      </w:tr>
      <w:tr w:rsidR="00232A1A" w14:paraId="51AE9BA3" w14:textId="77777777" w:rsidTr="00A17929">
        <w:trPr>
          <w:cantSplit/>
          <w:trHeight w:val="510"/>
        </w:trPr>
        <w:tc>
          <w:tcPr>
            <w:tcW w:w="1606" w:type="dxa"/>
            <w:vMerge/>
            <w:shd w:val="clear" w:color="auto" w:fill="F0F0F0"/>
          </w:tcPr>
          <w:p w14:paraId="564D3933" w14:textId="77777777" w:rsidR="00232A1A" w:rsidRDefault="00232A1A" w:rsidP="00DF7B26"/>
        </w:tc>
        <w:tc>
          <w:tcPr>
            <w:tcW w:w="8030" w:type="dxa"/>
            <w:gridSpan w:val="3"/>
            <w:shd w:val="clear" w:color="auto" w:fill="F0F0F0"/>
            <w:vAlign w:val="center"/>
          </w:tcPr>
          <w:p w14:paraId="6B982B46" w14:textId="77777777" w:rsidR="00232A1A" w:rsidRDefault="00232A1A" w:rsidP="00DF7B26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47C0FCCA" w14:textId="77777777" w:rsidR="00232A1A" w:rsidRPr="00E946EB" w:rsidRDefault="00232A1A" w:rsidP="00DF7B26">
            <w:pPr>
              <w:keepNext/>
              <w:spacing w:before="40"/>
              <w:rPr>
                <w:sz w:val="18"/>
                <w:szCs w:val="18"/>
              </w:rPr>
            </w:pPr>
            <w:r w:rsidRPr="00E946EB">
              <w:rPr>
                <w:sz w:val="18"/>
                <w:szCs w:val="18"/>
              </w:rPr>
              <w:t>CONSILIUL JUDEȚEAN BACĂU</w:t>
            </w:r>
          </w:p>
        </w:tc>
      </w:tr>
      <w:tr w:rsidR="00232A1A" w14:paraId="70C107AF" w14:textId="77777777" w:rsidTr="00A17929">
        <w:trPr>
          <w:cantSplit/>
          <w:trHeight w:val="510"/>
        </w:trPr>
        <w:tc>
          <w:tcPr>
            <w:tcW w:w="1606" w:type="dxa"/>
            <w:vMerge/>
            <w:shd w:val="clear" w:color="auto" w:fill="F0F0F0"/>
          </w:tcPr>
          <w:p w14:paraId="32959648" w14:textId="77777777" w:rsidR="00232A1A" w:rsidRDefault="00232A1A" w:rsidP="00DF7B26"/>
        </w:tc>
        <w:tc>
          <w:tcPr>
            <w:tcW w:w="2409" w:type="dxa"/>
            <w:shd w:val="clear" w:color="auto" w:fill="F0F0F0"/>
          </w:tcPr>
          <w:p w14:paraId="2FB3085F" w14:textId="77777777" w:rsidR="00232A1A" w:rsidRPr="00F801F2" w:rsidRDefault="00232A1A" w:rsidP="00DF7B26">
            <w:pPr>
              <w:keepNext/>
              <w:rPr>
                <w:lang w:val="fr-FR"/>
              </w:rPr>
            </w:pPr>
            <w:r w:rsidRPr="00F801F2">
              <w:rPr>
                <w:b/>
                <w:color w:val="0D5F78"/>
                <w:lang w:val="fr-FR"/>
              </w:rPr>
              <w:t>Cod de identificare fiscală (CIF)</w:t>
            </w:r>
          </w:p>
          <w:p w14:paraId="0254F18B" w14:textId="77777777" w:rsidR="00232A1A" w:rsidRPr="00E946EB" w:rsidRDefault="00232A1A" w:rsidP="00DF7B26">
            <w:pPr>
              <w:keepNext/>
              <w:rPr>
                <w:sz w:val="18"/>
                <w:szCs w:val="18"/>
                <w:lang w:val="fr-FR"/>
              </w:rPr>
            </w:pPr>
            <w:r w:rsidRPr="00E946EB">
              <w:rPr>
                <w:sz w:val="18"/>
                <w:szCs w:val="18"/>
                <w:lang w:val="fr-FR"/>
              </w:rPr>
              <w:t>5057580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0FC30A7C" w14:textId="77777777" w:rsidR="00232A1A" w:rsidRDefault="00232A1A" w:rsidP="00DF7B26">
            <w:pPr>
              <w:keepNext/>
            </w:pPr>
            <w:r>
              <w:rPr>
                <w:b/>
                <w:color w:val="0D5F78"/>
              </w:rPr>
              <w:t>Adresa oficială</w:t>
            </w:r>
          </w:p>
          <w:p w14:paraId="4875F83D" w14:textId="77777777" w:rsidR="00232A1A" w:rsidRPr="00A96E41" w:rsidRDefault="00232A1A" w:rsidP="00DF7B26">
            <w:pPr>
              <w:keepNext/>
              <w:rPr>
                <w:sz w:val="18"/>
                <w:szCs w:val="18"/>
              </w:rPr>
            </w:pPr>
            <w:r w:rsidRPr="00A96E41">
              <w:rPr>
                <w:i/>
                <w:color w:val="000000" w:themeColor="text1"/>
                <w:sz w:val="18"/>
                <w:szCs w:val="18"/>
              </w:rPr>
              <w:t xml:space="preserve">Bacău, Calea Mărășești nr. 2; 0234-537.200, </w:t>
            </w:r>
            <w:hyperlink r:id="rId9" w:history="1">
              <w:r w:rsidRPr="00A96E41">
                <w:rPr>
                  <w:rStyle w:val="Hyperlink"/>
                  <w:i/>
                  <w:sz w:val="18"/>
                  <w:szCs w:val="18"/>
                </w:rPr>
                <w:t>csjbacau@csjbacau.ro</w:t>
              </w:r>
            </w:hyperlink>
            <w:r w:rsidRPr="00A96E41">
              <w:rPr>
                <w:i/>
                <w:color w:val="7A7A7A"/>
                <w:sz w:val="18"/>
                <w:szCs w:val="18"/>
              </w:rPr>
              <w:t xml:space="preserve"> </w:t>
            </w:r>
          </w:p>
        </w:tc>
      </w:tr>
      <w:tr w:rsidR="00232A1A" w14:paraId="30B3A81D" w14:textId="77777777" w:rsidTr="00A17929">
        <w:trPr>
          <w:cantSplit/>
          <w:trHeight w:val="510"/>
        </w:trPr>
        <w:tc>
          <w:tcPr>
            <w:tcW w:w="1606" w:type="dxa"/>
            <w:vMerge/>
            <w:shd w:val="clear" w:color="auto" w:fill="F0F0F0"/>
          </w:tcPr>
          <w:p w14:paraId="3850C860" w14:textId="77777777" w:rsidR="00232A1A" w:rsidRDefault="00232A1A" w:rsidP="00DF7B26"/>
        </w:tc>
        <w:tc>
          <w:tcPr>
            <w:tcW w:w="4818" w:type="dxa"/>
            <w:gridSpan w:val="2"/>
            <w:shd w:val="clear" w:color="auto" w:fill="F0F0F0"/>
          </w:tcPr>
          <w:p w14:paraId="0E23D1D6" w14:textId="77777777" w:rsidR="00232A1A" w:rsidRDefault="00232A1A" w:rsidP="00DF7B26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0F35B2BF" w14:textId="77777777" w:rsidR="00232A1A" w:rsidRDefault="00232A1A" w:rsidP="00DF7B26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1A16FF1D" w14:textId="77777777" w:rsidR="00232A1A" w:rsidRDefault="00232A1A" w:rsidP="00DF7B26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7F45B813" w14:textId="77777777" w:rsidR="00232A1A" w:rsidRDefault="00232A1A" w:rsidP="00DF7B26">
            <w:pPr>
              <w:keepNext/>
            </w:pPr>
          </w:p>
        </w:tc>
      </w:tr>
      <w:tr w:rsidR="00232A1A" w:rsidRPr="0021562A" w14:paraId="35D1C711" w14:textId="77777777" w:rsidTr="00DF7B26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77453A12" w14:textId="77777777" w:rsidR="00232A1A" w:rsidRPr="00F801F2" w:rsidRDefault="00232A1A" w:rsidP="00DF7B26">
            <w:pPr>
              <w:rPr>
                <w:lang w:val="fr-FR"/>
              </w:rPr>
            </w:pPr>
            <w:r w:rsidRPr="00F801F2">
              <w:rPr>
                <w:i/>
                <w:color w:val="595959"/>
                <w:lang w:val="fr-FR"/>
              </w:rPr>
              <w:t xml:space="preserve"> se completează de autoritate — solicitantul nu scrie în această zonă</w:t>
            </w:r>
          </w:p>
        </w:tc>
      </w:tr>
    </w:tbl>
    <w:p w14:paraId="344C51B7" w14:textId="77777777" w:rsidR="00377113" w:rsidRPr="00343BBA" w:rsidRDefault="00377113">
      <w:pPr>
        <w:spacing w:line="168" w:lineRule="auto"/>
        <w:rPr>
          <w:lang w:val="fr-FR"/>
        </w:rPr>
      </w:pPr>
    </w:p>
    <w:p w14:paraId="6EE796C5" w14:textId="77777777" w:rsidR="00377113" w:rsidRPr="00004412" w:rsidRDefault="0017110C">
      <w:pPr>
        <w:spacing w:before="140" w:after="40"/>
        <w:jc w:val="center"/>
        <w:rPr>
          <w:sz w:val="28"/>
          <w:szCs w:val="28"/>
        </w:rPr>
      </w:pPr>
      <w:r w:rsidRPr="00004412">
        <w:rPr>
          <w:b/>
          <w:sz w:val="28"/>
          <w:szCs w:val="28"/>
        </w:rPr>
        <w:t>CERERE</w:t>
      </w:r>
    </w:p>
    <w:p w14:paraId="458FF3BC" w14:textId="77777777" w:rsidR="00377113" w:rsidRDefault="00377113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77113" w14:paraId="40D14ED2" w14:textId="77777777">
        <w:trPr>
          <w:cantSplit/>
        </w:trPr>
        <w:tc>
          <w:tcPr>
            <w:tcW w:w="9636" w:type="dxa"/>
            <w:shd w:val="clear" w:color="auto" w:fill="F4F4F4"/>
          </w:tcPr>
          <w:p w14:paraId="3E8649FD" w14:textId="77777777" w:rsidR="00377113" w:rsidRDefault="0017110C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377113" w:rsidRPr="00004412" w14:paraId="505A1856" w14:textId="77777777">
        <w:trPr>
          <w:cantSplit/>
          <w:trHeight w:val="510"/>
        </w:trPr>
        <w:tc>
          <w:tcPr>
            <w:tcW w:w="9636" w:type="dxa"/>
          </w:tcPr>
          <w:p w14:paraId="38C994F2" w14:textId="77777777" w:rsidR="00377113" w:rsidRPr="00343BBA" w:rsidRDefault="0017110C">
            <w:pPr>
              <w:keepNext/>
              <w:rPr>
                <w:lang w:val="fr-FR"/>
              </w:rPr>
            </w:pPr>
            <w:r w:rsidRPr="00343BBA">
              <w:rPr>
                <w:b/>
                <w:color w:val="0D5F78"/>
                <w:lang w:val="fr-FR"/>
              </w:rPr>
              <w:t>Instituția</w:t>
            </w:r>
          </w:p>
          <w:p w14:paraId="2863ECC5" w14:textId="0B12F198" w:rsidR="00377113" w:rsidRPr="00C9255E" w:rsidRDefault="00C9255E" w:rsidP="00C9255E">
            <w:pPr>
              <w:keepNext/>
              <w:spacing w:before="40"/>
              <w:rPr>
                <w:color w:val="000000" w:themeColor="text1"/>
                <w:sz w:val="22"/>
                <w:lang w:val="fr-FR"/>
              </w:rPr>
            </w:pPr>
            <w:r w:rsidRPr="00310E6F">
              <w:rPr>
                <w:color w:val="000000" w:themeColor="text1"/>
                <w:sz w:val="22"/>
                <w:lang w:val="fr-FR"/>
              </w:rPr>
              <w:t xml:space="preserve">Președintele </w:t>
            </w:r>
            <w:r w:rsidRPr="00310E6F">
              <w:rPr>
                <w:sz w:val="22"/>
              </w:rPr>
              <w:t>Consiliului</w:t>
            </w:r>
            <w:r w:rsidRPr="00310E6F">
              <w:rPr>
                <w:color w:val="000000" w:themeColor="text1"/>
                <w:sz w:val="22"/>
                <w:lang w:val="fr-FR"/>
              </w:rPr>
              <w:t xml:space="preserve"> Județean Bacău</w:t>
            </w:r>
          </w:p>
          <w:p w14:paraId="1C7F07C7" w14:textId="77777777" w:rsidR="00377113" w:rsidRPr="00343BBA" w:rsidRDefault="00377113">
            <w:pPr>
              <w:keepNext/>
              <w:rPr>
                <w:lang w:val="fr-FR"/>
              </w:rPr>
            </w:pPr>
          </w:p>
        </w:tc>
      </w:tr>
      <w:tr w:rsidR="00377113" w:rsidRPr="00004412" w14:paraId="48AFEF82" w14:textId="77777777">
        <w:trPr>
          <w:cantSplit/>
        </w:trPr>
        <w:tc>
          <w:tcPr>
            <w:tcW w:w="9636" w:type="dxa"/>
            <w:shd w:val="clear" w:color="auto" w:fill="F4F4F4"/>
          </w:tcPr>
          <w:p w14:paraId="2B647A2E" w14:textId="77777777" w:rsidR="00377113" w:rsidRPr="00343BBA" w:rsidRDefault="0017110C">
            <w:pPr>
              <w:spacing w:line="228" w:lineRule="auto"/>
              <w:rPr>
                <w:lang w:val="fr-FR"/>
              </w:rPr>
            </w:pPr>
            <w:r w:rsidRPr="00343BBA">
              <w:rPr>
                <w:lang w:val="fr-FR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20841BEE" w14:textId="77777777" w:rsidR="00377113" w:rsidRPr="00343BBA" w:rsidRDefault="0037711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377113" w14:paraId="604C8CE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7303ACD" w14:textId="77777777" w:rsidR="00377113" w:rsidRDefault="0017110C">
            <w:pPr>
              <w:keepNext/>
            </w:pPr>
            <w:r w:rsidRPr="00343BB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377113" w14:paraId="7CFFB225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73C78B15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492F91CD" w14:textId="77777777" w:rsidR="00377113" w:rsidRDefault="00377113">
            <w:pPr>
              <w:keepNext/>
            </w:pPr>
          </w:p>
        </w:tc>
        <w:tc>
          <w:tcPr>
            <w:tcW w:w="4015" w:type="dxa"/>
            <w:gridSpan w:val="3"/>
          </w:tcPr>
          <w:p w14:paraId="40F931FA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32FF08C1" w14:textId="77777777" w:rsidR="00377113" w:rsidRDefault="00377113">
            <w:pPr>
              <w:keepNext/>
            </w:pPr>
          </w:p>
        </w:tc>
      </w:tr>
      <w:tr w:rsidR="00377113" w14:paraId="6A746F7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8623411" w14:textId="77777777" w:rsidR="00377113" w:rsidRDefault="0017110C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377113" w14:paraId="34135F0A" w14:textId="77777777">
        <w:trPr>
          <w:cantSplit/>
          <w:trHeight w:val="510"/>
        </w:trPr>
        <w:tc>
          <w:tcPr>
            <w:tcW w:w="1606" w:type="dxa"/>
          </w:tcPr>
          <w:p w14:paraId="0FE58C8A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744D4F37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54E4DCF4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6AFD4CBD" w14:textId="77777777" w:rsidR="00377113" w:rsidRDefault="00377113">
            <w:pPr>
              <w:keepNext/>
            </w:pPr>
          </w:p>
        </w:tc>
        <w:tc>
          <w:tcPr>
            <w:tcW w:w="4818" w:type="dxa"/>
            <w:gridSpan w:val="5"/>
          </w:tcPr>
          <w:p w14:paraId="1275CF2C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4C997CA9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375049A5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1E260826" w14:textId="77777777" w:rsidR="00377113" w:rsidRDefault="00377113">
            <w:pPr>
              <w:keepNext/>
            </w:pPr>
          </w:p>
        </w:tc>
      </w:tr>
      <w:tr w:rsidR="00377113" w14:paraId="20F26A7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631D62D" w14:textId="77777777" w:rsidR="00377113" w:rsidRDefault="0017110C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377113" w14:paraId="14021D8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EEC3E11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1815C0EF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4"/>
          </w:tcPr>
          <w:p w14:paraId="1597517E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691DF8E2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2"/>
          </w:tcPr>
          <w:p w14:paraId="3DE1D317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1B6BDCCB" w14:textId="77777777" w:rsidR="00377113" w:rsidRDefault="00377113">
            <w:pPr>
              <w:keepNext/>
            </w:pPr>
          </w:p>
        </w:tc>
      </w:tr>
      <w:tr w:rsidR="00377113" w14:paraId="35FE036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032BBD3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255C5EF4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63B36D30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570AD44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7EB3F9F1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598896A6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68084122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1FB7A599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635895CD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5877D4A7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0825FC30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34487808" w14:textId="77777777" w:rsidR="00377113" w:rsidRDefault="00377113">
            <w:pPr>
              <w:keepNext/>
            </w:pPr>
          </w:p>
        </w:tc>
        <w:tc>
          <w:tcPr>
            <w:tcW w:w="1606" w:type="dxa"/>
          </w:tcPr>
          <w:p w14:paraId="5B31A664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1AC94237" w14:textId="77777777" w:rsidR="00377113" w:rsidRDefault="00377113">
            <w:pPr>
              <w:keepNext/>
            </w:pPr>
          </w:p>
        </w:tc>
      </w:tr>
      <w:tr w:rsidR="00377113" w14:paraId="7E5729B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CD68FCA" w14:textId="77777777" w:rsidR="00377113" w:rsidRDefault="0017110C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377113" w14:paraId="66B951DB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0E97DD8" w14:textId="77777777" w:rsidR="00377113" w:rsidRDefault="0017110C">
            <w:r>
              <w:rPr>
                <w:b/>
                <w:color w:val="0D5F78"/>
              </w:rPr>
              <w:t>Telefon / fax</w:t>
            </w:r>
          </w:p>
          <w:p w14:paraId="488DB23E" w14:textId="77777777" w:rsidR="00377113" w:rsidRDefault="00377113"/>
        </w:tc>
        <w:tc>
          <w:tcPr>
            <w:tcW w:w="5621" w:type="dxa"/>
            <w:gridSpan w:val="5"/>
          </w:tcPr>
          <w:p w14:paraId="7EFBC837" w14:textId="77777777" w:rsidR="00377113" w:rsidRDefault="0017110C">
            <w:r>
              <w:rPr>
                <w:b/>
                <w:color w:val="0D5F78"/>
              </w:rPr>
              <w:t>E-mail</w:t>
            </w:r>
          </w:p>
          <w:p w14:paraId="1C3CE210" w14:textId="77777777" w:rsidR="00377113" w:rsidRDefault="00377113"/>
        </w:tc>
      </w:tr>
    </w:tbl>
    <w:p w14:paraId="6E863ACA" w14:textId="77777777" w:rsidR="00377113" w:rsidRDefault="00377113">
      <w:pPr>
        <w:spacing w:line="168" w:lineRule="auto"/>
      </w:pPr>
    </w:p>
    <w:p w14:paraId="2E8A375E" w14:textId="77777777" w:rsidR="00377113" w:rsidRDefault="0017110C">
      <w:pPr>
        <w:spacing w:before="80" w:after="60"/>
        <w:jc w:val="center"/>
      </w:pPr>
      <w:r>
        <w:rPr>
          <w:sz w:val="18"/>
        </w:rPr>
        <w:t>în temeiul art. 257 alin. (17) din Legea nr. 169/2026 privind Codul amenajării teritoriului, urbanismului și construcțiilor,</w:t>
      </w:r>
    </w:p>
    <w:p w14:paraId="21143514" w14:textId="77777777" w:rsidR="00004412" w:rsidRDefault="0017110C">
      <w:pPr>
        <w:spacing w:before="80" w:after="60"/>
        <w:jc w:val="center"/>
        <w:rPr>
          <w:b/>
          <w:color w:val="000000"/>
          <w:sz w:val="18"/>
          <w:lang w:val="fr-FR"/>
        </w:rPr>
      </w:pPr>
      <w:r w:rsidRPr="00004412">
        <w:rPr>
          <w:sz w:val="18"/>
          <w:lang w:val="fr-FR"/>
        </w:rPr>
        <w:t>solicit prelungirea valabilității</w:t>
      </w:r>
      <w:r w:rsidR="00004412" w:rsidRPr="00004412">
        <w:rPr>
          <w:b/>
          <w:color w:val="000000"/>
          <w:sz w:val="18"/>
          <w:lang w:val="fr-FR"/>
        </w:rPr>
        <w:t xml:space="preserve"> </w:t>
      </w:r>
    </w:p>
    <w:p w14:paraId="077ADEDA" w14:textId="5045CE9D" w:rsidR="00377113" w:rsidRPr="00004412" w:rsidRDefault="00004412">
      <w:pPr>
        <w:spacing w:before="80" w:after="60"/>
        <w:jc w:val="center"/>
        <w:rPr>
          <w:sz w:val="20"/>
          <w:szCs w:val="20"/>
          <w:lang w:val="fr-FR"/>
        </w:rPr>
      </w:pPr>
      <w:r w:rsidRPr="00004412">
        <w:rPr>
          <w:b/>
          <w:color w:val="000000"/>
          <w:sz w:val="20"/>
          <w:szCs w:val="20"/>
          <w:lang w:val="fr-FR"/>
        </w:rPr>
        <w:t>CERTIFICATULUI DE URBANISM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803"/>
        <w:gridCol w:w="4818"/>
      </w:tblGrid>
      <w:tr w:rsidR="00377113" w14:paraId="62A1223F" w14:textId="77777777">
        <w:trPr>
          <w:cantSplit/>
          <w:trHeight w:val="510"/>
        </w:trPr>
        <w:tc>
          <w:tcPr>
            <w:tcW w:w="1606" w:type="dxa"/>
          </w:tcPr>
          <w:p w14:paraId="7765B9B1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491A8A0" w14:textId="77777777" w:rsidR="00377113" w:rsidRDefault="00377113">
            <w:pPr>
              <w:keepNext/>
            </w:pPr>
          </w:p>
        </w:tc>
        <w:tc>
          <w:tcPr>
            <w:tcW w:w="2409" w:type="dxa"/>
          </w:tcPr>
          <w:p w14:paraId="32FEB634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70A0A594" w14:textId="77777777" w:rsidR="00377113" w:rsidRDefault="00377113">
            <w:pPr>
              <w:keepNext/>
            </w:pPr>
          </w:p>
        </w:tc>
        <w:tc>
          <w:tcPr>
            <w:tcW w:w="5621" w:type="dxa"/>
            <w:gridSpan w:val="2"/>
          </w:tcPr>
          <w:p w14:paraId="5DFD23E9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Emis de</w:t>
            </w:r>
          </w:p>
          <w:p w14:paraId="5357994E" w14:textId="77777777" w:rsidR="00377113" w:rsidRDefault="00377113">
            <w:pPr>
              <w:keepNext/>
            </w:pPr>
          </w:p>
        </w:tc>
      </w:tr>
      <w:tr w:rsidR="00377113" w14:paraId="356194D4" w14:textId="77777777">
        <w:trPr>
          <w:cantSplit/>
          <w:trHeight w:val="510"/>
        </w:trPr>
        <w:tc>
          <w:tcPr>
            <w:tcW w:w="4818" w:type="dxa"/>
            <w:gridSpan w:val="3"/>
          </w:tcPr>
          <w:p w14:paraId="5AABADB7" w14:textId="77777777" w:rsidR="00377113" w:rsidRDefault="0017110C">
            <w:r>
              <w:rPr>
                <w:b/>
                <w:color w:val="0D5F78"/>
              </w:rPr>
              <w:t>Prelungirea solicitată — de la data</w:t>
            </w:r>
          </w:p>
          <w:p w14:paraId="073435BA" w14:textId="77777777" w:rsidR="00377113" w:rsidRDefault="00377113"/>
        </w:tc>
        <w:tc>
          <w:tcPr>
            <w:tcW w:w="4818" w:type="dxa"/>
          </w:tcPr>
          <w:p w14:paraId="78FDD7CA" w14:textId="77777777" w:rsidR="00377113" w:rsidRDefault="0017110C">
            <w:r>
              <w:rPr>
                <w:b/>
                <w:color w:val="0D5F78"/>
              </w:rPr>
              <w:t>până la data</w:t>
            </w:r>
          </w:p>
          <w:p w14:paraId="3D4C5B91" w14:textId="77777777" w:rsidR="00377113" w:rsidRDefault="00377113"/>
        </w:tc>
      </w:tr>
    </w:tbl>
    <w:p w14:paraId="7B9769F8" w14:textId="77777777" w:rsidR="00377113" w:rsidRDefault="0037711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377113" w14:paraId="18332584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7AC950F1" w14:textId="77777777" w:rsidR="00377113" w:rsidRDefault="0017110C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377113" w14:paraId="248B564F" w14:textId="77777777">
        <w:trPr>
          <w:cantSplit/>
        </w:trPr>
        <w:tc>
          <w:tcPr>
            <w:tcW w:w="9636" w:type="dxa"/>
            <w:gridSpan w:val="6"/>
          </w:tcPr>
          <w:p w14:paraId="7D32E515" w14:textId="77777777" w:rsidR="00377113" w:rsidRDefault="0017110C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377113" w14:paraId="533C4D6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07ADBF6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545515E0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2"/>
          </w:tcPr>
          <w:p w14:paraId="5F352457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14C00203" w14:textId="77777777" w:rsidR="00377113" w:rsidRDefault="00377113">
            <w:pPr>
              <w:keepNext/>
            </w:pPr>
          </w:p>
        </w:tc>
        <w:tc>
          <w:tcPr>
            <w:tcW w:w="3212" w:type="dxa"/>
            <w:gridSpan w:val="2"/>
          </w:tcPr>
          <w:p w14:paraId="2519EFDA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6F1351F6" w14:textId="77777777" w:rsidR="00377113" w:rsidRDefault="00377113">
            <w:pPr>
              <w:keepNext/>
            </w:pPr>
          </w:p>
        </w:tc>
      </w:tr>
      <w:tr w:rsidR="00377113" w14:paraId="2D9B8DB3" w14:textId="77777777">
        <w:trPr>
          <w:cantSplit/>
          <w:trHeight w:val="510"/>
        </w:trPr>
        <w:tc>
          <w:tcPr>
            <w:tcW w:w="1606" w:type="dxa"/>
          </w:tcPr>
          <w:p w14:paraId="4B72CFDF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0E9D7B3A" w14:textId="77777777" w:rsidR="00377113" w:rsidRDefault="00377113">
            <w:pPr>
              <w:keepNext/>
            </w:pPr>
          </w:p>
        </w:tc>
        <w:tc>
          <w:tcPr>
            <w:tcW w:w="4818" w:type="dxa"/>
            <w:gridSpan w:val="3"/>
          </w:tcPr>
          <w:p w14:paraId="4A8D120C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20FA361F" w14:textId="77777777" w:rsidR="00377113" w:rsidRDefault="00377113">
            <w:pPr>
              <w:keepNext/>
            </w:pPr>
          </w:p>
        </w:tc>
        <w:tc>
          <w:tcPr>
            <w:tcW w:w="803" w:type="dxa"/>
          </w:tcPr>
          <w:p w14:paraId="39FAFBFC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6CA1B947" w14:textId="77777777" w:rsidR="00377113" w:rsidRDefault="00377113">
            <w:pPr>
              <w:keepNext/>
            </w:pPr>
          </w:p>
        </w:tc>
        <w:tc>
          <w:tcPr>
            <w:tcW w:w="2409" w:type="dxa"/>
          </w:tcPr>
          <w:p w14:paraId="134DC49E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297CA390" w14:textId="77777777" w:rsidR="00377113" w:rsidRDefault="00377113">
            <w:pPr>
              <w:keepNext/>
            </w:pPr>
          </w:p>
        </w:tc>
      </w:tr>
      <w:tr w:rsidR="00377113" w14:paraId="7B19E8B5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4397E352" w14:textId="77777777" w:rsidR="00377113" w:rsidRPr="00343BBA" w:rsidRDefault="0017110C">
            <w:pPr>
              <w:keepNext/>
              <w:rPr>
                <w:lang w:val="fr-FR"/>
              </w:rPr>
            </w:pPr>
            <w:r w:rsidRPr="00343BBA">
              <w:rPr>
                <w:b/>
                <w:color w:val="0D5F78"/>
                <w:lang w:val="fr-FR"/>
              </w:rPr>
              <w:t>Număr cadastral</w:t>
            </w:r>
          </w:p>
          <w:p w14:paraId="34F88BB8" w14:textId="77777777" w:rsidR="00377113" w:rsidRPr="00343BBA" w:rsidRDefault="0017110C">
            <w:pPr>
              <w:keepNext/>
              <w:rPr>
                <w:lang w:val="fr-FR"/>
              </w:rPr>
            </w:pPr>
            <w:r w:rsidRPr="00343BBA">
              <w:rPr>
                <w:i/>
                <w:color w:val="7A7A7A"/>
                <w:lang w:val="fr-FR"/>
              </w:rPr>
              <w:t>dacă imobilul e înscris în e-Terra</w:t>
            </w:r>
          </w:p>
          <w:p w14:paraId="3E14DDE5" w14:textId="77777777" w:rsidR="00377113" w:rsidRPr="00343BBA" w:rsidRDefault="00377113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4191820B" w14:textId="77777777" w:rsidR="00377113" w:rsidRDefault="0017110C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0636B066" w14:textId="77777777" w:rsidR="00377113" w:rsidRDefault="00377113">
            <w:pPr>
              <w:keepNext/>
            </w:pPr>
          </w:p>
        </w:tc>
      </w:tr>
    </w:tbl>
    <w:p w14:paraId="2A5FFFCA" w14:textId="77777777" w:rsidR="00377113" w:rsidRDefault="0037711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77113" w14:paraId="416CCAE3" w14:textId="77777777">
        <w:trPr>
          <w:cantSplit/>
        </w:trPr>
        <w:tc>
          <w:tcPr>
            <w:tcW w:w="9636" w:type="dxa"/>
            <w:shd w:val="clear" w:color="auto" w:fill="F4F4F4"/>
          </w:tcPr>
          <w:p w14:paraId="3FE4A3CD" w14:textId="77777777" w:rsidR="00377113" w:rsidRDefault="0017110C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377113" w:rsidRPr="00004412" w14:paraId="53555C64" w14:textId="77777777">
        <w:trPr>
          <w:cantSplit/>
        </w:trPr>
        <w:tc>
          <w:tcPr>
            <w:tcW w:w="9636" w:type="dxa"/>
          </w:tcPr>
          <w:p w14:paraId="05B03106" w14:textId="77777777" w:rsidR="00377113" w:rsidRPr="00343BBA" w:rsidRDefault="0017110C">
            <w:pPr>
              <w:rPr>
                <w:lang w:val="fr-FR"/>
              </w:rPr>
            </w:pPr>
            <w:r w:rsidRPr="00343BBA">
              <w:rPr>
                <w:sz w:val="16"/>
                <w:lang w:val="fr-FR"/>
              </w:rPr>
              <w:t xml:space="preserve"> ☐ certificatul de urbanism (în original)     ☐ documentul privind achitarea taxei (copie)</w:t>
            </w:r>
          </w:p>
        </w:tc>
      </w:tr>
    </w:tbl>
    <w:p w14:paraId="0CC63E6D" w14:textId="77777777" w:rsidR="00377113" w:rsidRPr="00343BBA" w:rsidRDefault="0037711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377113" w14:paraId="67AC911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C5583C3" w14:textId="77777777" w:rsidR="00377113" w:rsidRDefault="0017110C">
            <w:pPr>
              <w:keepNext/>
            </w:pPr>
            <w:r w:rsidRPr="00343BB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377113" w14:paraId="2C613BE7" w14:textId="77777777">
        <w:trPr>
          <w:cantSplit/>
          <w:trHeight w:val="510"/>
        </w:trPr>
        <w:tc>
          <w:tcPr>
            <w:tcW w:w="1606" w:type="dxa"/>
          </w:tcPr>
          <w:p w14:paraId="6247744D" w14:textId="77777777" w:rsidR="00377113" w:rsidRDefault="0017110C">
            <w:r>
              <w:rPr>
                <w:b/>
                <w:color w:val="0D5F78"/>
              </w:rPr>
              <w:t>Data</w:t>
            </w:r>
          </w:p>
          <w:p w14:paraId="6A45905A" w14:textId="77777777" w:rsidR="00377113" w:rsidRDefault="00377113"/>
        </w:tc>
        <w:tc>
          <w:tcPr>
            <w:tcW w:w="4818" w:type="dxa"/>
          </w:tcPr>
          <w:p w14:paraId="09BFB97F" w14:textId="77777777" w:rsidR="00377113" w:rsidRDefault="0017110C">
            <w:r>
              <w:rPr>
                <w:b/>
                <w:color w:val="0D5F78"/>
              </w:rPr>
              <w:t>Solicitantul</w:t>
            </w:r>
          </w:p>
          <w:p w14:paraId="1B3BE6B9" w14:textId="77777777" w:rsidR="00377113" w:rsidRDefault="00377113"/>
        </w:tc>
        <w:tc>
          <w:tcPr>
            <w:tcW w:w="3212" w:type="dxa"/>
          </w:tcPr>
          <w:p w14:paraId="640F19C7" w14:textId="77777777" w:rsidR="00377113" w:rsidRDefault="0017110C">
            <w:r>
              <w:rPr>
                <w:b/>
                <w:color w:val="0D5F78"/>
              </w:rPr>
              <w:t>Semnătura</w:t>
            </w:r>
          </w:p>
          <w:p w14:paraId="325CC794" w14:textId="77777777" w:rsidR="00377113" w:rsidRDefault="00377113"/>
        </w:tc>
      </w:tr>
    </w:tbl>
    <w:p w14:paraId="2943DD2B" w14:textId="77777777" w:rsidR="00377113" w:rsidRDefault="00377113">
      <w:pPr>
        <w:spacing w:line="168" w:lineRule="auto"/>
      </w:pPr>
    </w:p>
    <w:sectPr w:rsidR="00377113" w:rsidSect="00034616"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BD143" w14:textId="77777777" w:rsidR="0045535E" w:rsidRDefault="0045535E">
      <w:r>
        <w:separator/>
      </w:r>
    </w:p>
  </w:endnote>
  <w:endnote w:type="continuationSeparator" w:id="0">
    <w:p w14:paraId="55370F6A" w14:textId="77777777" w:rsidR="0045535E" w:rsidRDefault="00455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A959F" w14:textId="3A192E88" w:rsidR="00377113" w:rsidRDefault="0017110C">
    <w:pPr>
      <w:pStyle w:val="Footer"/>
      <w:tabs>
        <w:tab w:val="right" w:pos="9639"/>
      </w:tabs>
    </w:pPr>
    <w:r>
      <w:rPr>
        <w:color w:val="595959"/>
      </w:rPr>
      <w:t>F_CU_03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CE0205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CE0205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95CCF" w14:textId="77777777" w:rsidR="0045535E" w:rsidRDefault="0045535E">
      <w:r>
        <w:separator/>
      </w:r>
    </w:p>
  </w:footnote>
  <w:footnote w:type="continuationSeparator" w:id="0">
    <w:p w14:paraId="6816EE82" w14:textId="77777777" w:rsidR="0045535E" w:rsidRDefault="004553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4412"/>
    <w:rsid w:val="00034616"/>
    <w:rsid w:val="0006063C"/>
    <w:rsid w:val="0015074B"/>
    <w:rsid w:val="0017110C"/>
    <w:rsid w:val="00200236"/>
    <w:rsid w:val="0022299C"/>
    <w:rsid w:val="00232A1A"/>
    <w:rsid w:val="0029639D"/>
    <w:rsid w:val="00326F90"/>
    <w:rsid w:val="00343BBA"/>
    <w:rsid w:val="00377113"/>
    <w:rsid w:val="0045535E"/>
    <w:rsid w:val="006C103E"/>
    <w:rsid w:val="00A17929"/>
    <w:rsid w:val="00AA1D8D"/>
    <w:rsid w:val="00B47730"/>
    <w:rsid w:val="00C9255E"/>
    <w:rsid w:val="00CB0664"/>
    <w:rsid w:val="00CD60E9"/>
    <w:rsid w:val="00CE020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D59A43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32A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sjbacau@csjbaca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CA5DCF1-A679-4916-93E2-1433F135D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Munteanu</dc:creator>
  <cp:keywords/>
  <cp:lastModifiedBy>Cornelia Munteanu</cp:lastModifiedBy>
  <cp:revision>5</cp:revision>
  <cp:lastPrinted>2026-08-31T10:55:00Z</cp:lastPrinted>
  <dcterms:created xsi:type="dcterms:W3CDTF">2026-08-31T07:27:00Z</dcterms:created>
  <dcterms:modified xsi:type="dcterms:W3CDTF">2026-08-31T10:55:00Z</dcterms:modified>
  <cp:category/>
</cp:coreProperties>
</file>